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ebsiteSampleTitle"/>
        <w:jc w:val="center"/>
      </w:pPr>
      <w:r>
        <w:t>DARK POWER SERIES</w:t>
      </w:r>
    </w:p>
    <w:p>
      <w:pPr>
        <w:jc w:val="center"/>
      </w:pPr>
      <w:r>
        <w:rPr>
          <w:rFonts w:ascii="Garamond" w:hAnsi="Garamond"/>
          <w:b/>
          <w:sz w:val="44"/>
        </w:rPr>
        <w:t>SECRET TRIANGLE</w:t>
      </w:r>
    </w:p>
    <w:p>
      <w:pPr>
        <w:pStyle w:val="WebsiteSampleSubtitle"/>
        <w:jc w:val="center"/>
      </w:pPr>
      <w:r>
        <w:t>A Sample Chapter for the Author’s Website</w:t>
      </w:r>
    </w:p>
    <w:p>
      <w:pPr>
        <w:jc w:val="center"/>
      </w:pPr>
      <w:r>
        <w:rPr>
          <w:b/>
          <w:sz w:val="32"/>
        </w:rPr>
        <w:t>THE FIRST ENCOUNTER</w:t>
      </w:r>
    </w:p>
    <w:p>
      <w:pPr>
        <w:jc w:val="center"/>
      </w:pPr>
      <w:r>
        <w:rPr>
          <w:i/>
          <w:sz w:val="22"/>
        </w:rPr>
        <w:t>A turning point in a story about war, hidden enemies, and the night Earth learned it was facing something no army was built to fight.</w:t>
      </w:r>
    </w:p>
    <w:p>
      <w:r>
        <w:br w:type="page"/>
      </w:r>
    </w:p>
    <w:p>
      <w:pPr>
        <w:pStyle w:val="SampleChapterHeading"/>
        <w:jc w:val="center"/>
      </w:pPr>
      <w:r>
        <w:t>CHAPTER 24 — The First Encounter: Omega‑1 vs. U.S. Commandos</w:t>
      </w:r>
    </w:p>
    <w:p>
      <w:pPr>
        <w:keepLines/>
        <w:ind w:firstLine="360"/>
      </w:pPr>
      <w:r>
        <w:rPr>
          <w:rFonts w:ascii="Garamond" w:hAnsi="Garamond"/>
          <w:sz w:val="24"/>
        </w:rPr>
        <w:t xml:space="preserve">The forest surrounding Fort Stewart, Georgia, had fallen unusually quiet. Five U.S. commandos moved carefully through the darkness, concealed beneath their matrix uniforms. To the naked eye, they were invisible. Surveillance cameras could not detect them, and conventional sensors registered nothing more than the movement of branches disturbed by the night air. A trained military dog moved several yards ahead of the team, its nose close to the ground. The mission was supposed to be routine.</w:t>
      </w:r>
    </w:p>
    <w:p>
      <w:pPr>
        <w:keepLines/>
        <w:ind w:firstLine="360"/>
      </w:pPr>
      <w:r>
        <w:rPr>
          <w:rFonts w:ascii="Garamond" w:hAnsi="Garamond"/>
          <w:sz w:val="24"/>
        </w:rPr>
        <w:t xml:space="preserve">For days, special units across the United States had been searching for human clones believed to have infiltrated military installations, government buildings, airports, and other strategic locations. The commandos had been trained to expect men who looked human, spoke like humans, and could disappear into ordinary society. They had not been trained for what awaited them in the forest. The team leader raised one hand, signaling the others to slow down. Something felt wrong.</w:t>
      </w:r>
    </w:p>
    <w:p>
      <w:pPr>
        <w:keepLines/>
        <w:ind w:firstLine="360"/>
      </w:pPr>
      <w:r>
        <w:rPr>
          <w:rFonts w:ascii="Garamond" w:hAnsi="Garamond"/>
          <w:sz w:val="24"/>
        </w:rPr>
        <w:t xml:space="preserve">There were no insects. No birds. Not even the distant movement of animals through undergrowth. Only silence. The dog suddenly stopped. Its head lifted.</w:t>
      </w:r>
    </w:p>
    <w:p>
      <w:pPr>
        <w:keepLines/>
        <w:ind w:firstLine="360"/>
      </w:pPr>
      <w:r>
        <w:rPr>
          <w:rFonts w:ascii="Garamond" w:hAnsi="Garamond"/>
          <w:sz w:val="24"/>
        </w:rPr>
        <w:t xml:space="preserve">Its ears stiffened. A low growl emerged from deep within its throat. The handler immediately tightened his grip on the leash.</w:t>
      </w:r>
    </w:p>
    <w:p>
      <w:pPr>
        <w:keepLines/>
        <w:ind w:firstLine="360"/>
      </w:pPr>
      <w:r>
        <w:rPr>
          <w:rFonts w:ascii="Garamond" w:hAnsi="Garamond"/>
          <w:sz w:val="24"/>
        </w:rPr>
        <w:t xml:space="preserve">“What is it, boy?”</w:t>
      </w:r>
    </w:p>
    <w:p>
      <w:pPr>
        <w:keepLines/>
        <w:ind w:firstLine="360"/>
      </w:pPr>
      <w:r>
        <w:rPr>
          <w:rFonts w:ascii="Garamond" w:hAnsi="Garamond"/>
          <w:sz w:val="24"/>
        </w:rPr>
        <w:t xml:space="preserve">The dog did not move. Its eyes remained fixed on the darkness between the trees. Then its entire body began to tremble. The handler had worked with military dogs for more than twelve years. He had seen them detect explosives, track armed fugitives, and enter buildings under gunfire. He had never seen one react this way.</w:t>
      </w:r>
    </w:p>
    <w:p>
      <w:pPr>
        <w:keepLines/>
        <w:ind w:firstLine="360"/>
      </w:pPr>
      <w:r>
        <w:rPr>
          <w:rFonts w:ascii="Garamond" w:hAnsi="Garamond"/>
          <w:sz w:val="24"/>
        </w:rPr>
        <w:t xml:space="preserve">The animal was terrified. The team leader slowly raised his rifle.</w:t>
      </w:r>
    </w:p>
    <w:p>
      <w:pPr>
        <w:keepLines/>
        <w:ind w:firstLine="360"/>
      </w:pPr>
      <w:r>
        <w:rPr>
          <w:rFonts w:ascii="Garamond" w:hAnsi="Garamond"/>
          <w:sz w:val="24"/>
        </w:rPr>
        <w:t xml:space="preserve">“Everyone, hold position.”</w:t>
      </w:r>
    </w:p>
    <w:p>
      <w:pPr>
        <w:keepLines/>
        <w:ind w:firstLine="360"/>
      </w:pPr>
      <w:r>
        <w:rPr>
          <w:rFonts w:ascii="Garamond" w:hAnsi="Garamond"/>
          <w:sz w:val="24"/>
        </w:rPr>
        <w:t xml:space="preserve">The five commandos formed a defensive arc. Their matrix uniforms adjusted automatically to the surrounding forest, maintaining their invisibility as they scanned the darkness through advanced optical sights. Nothing appeared. The handler whispered into his microphone.</w:t>
      </w:r>
    </w:p>
    <w:p>
      <w:pPr>
        <w:keepLines/>
        <w:ind w:firstLine="360"/>
      </w:pPr>
      <w:r>
        <w:rPr>
          <w:rFonts w:ascii="Garamond" w:hAnsi="Garamond"/>
          <w:sz w:val="24"/>
        </w:rPr>
        <w:t xml:space="preserve">“Possible contact. Thirty meters ahead.”</w:t>
      </w:r>
    </w:p>
    <w:p>
      <w:pPr>
        <w:keepLines/>
        <w:ind w:firstLine="360"/>
      </w:pPr>
      <w:r>
        <w:rPr>
          <w:rFonts w:ascii="Garamond" w:hAnsi="Garamond"/>
          <w:sz w:val="24"/>
        </w:rPr>
        <w:t xml:space="preserve">The dog suddenly pulled backward. Then came the first sound. A branch breaking. Not the light crack of an animal moving through the forest.</w:t>
      </w:r>
    </w:p>
    <w:p>
      <w:pPr>
        <w:keepLines/>
        <w:ind w:firstLine="360"/>
      </w:pPr>
      <w:r>
        <w:rPr>
          <w:rFonts w:ascii="Garamond" w:hAnsi="Garamond"/>
          <w:sz w:val="24"/>
        </w:rPr>
        <w:t xml:space="preserve">Something much heavier. Another branch snapped. Then another. The ground beneath their boots began to vibrate.</w:t>
      </w:r>
    </w:p>
    <w:p>
      <w:pPr>
        <w:keepLines/>
        <w:ind w:firstLine="360"/>
      </w:pPr>
      <w:r>
        <w:rPr>
          <w:rFonts w:ascii="Garamond" w:hAnsi="Garamond"/>
          <w:sz w:val="24"/>
        </w:rPr>
        <w:t xml:space="preserve">The commandos exchanged confused glances, though none could see the others beneath the matrix camouflage. The footsteps were getting closer. Fast. Far too fast.</w:t>
      </w:r>
    </w:p>
    <w:p>
      <w:pPr>
        <w:keepLines/>
        <w:ind w:firstLine="360"/>
      </w:pPr>
      <w:r>
        <w:rPr>
          <w:rFonts w:ascii="Garamond" w:hAnsi="Garamond"/>
          <w:sz w:val="24"/>
        </w:rPr>
        <w:t xml:space="preserve">“Contact approaching,” the team leader whispered. “Weapons ready.”</w:t>
      </w:r>
    </w:p>
    <w:p>
      <w:pPr>
        <w:keepLines/>
        <w:ind w:firstLine="360"/>
      </w:pPr>
      <w:r>
        <w:rPr>
          <w:rFonts w:ascii="Garamond" w:hAnsi="Garamond"/>
          <w:sz w:val="24"/>
        </w:rPr>
        <w:t xml:space="preserve">The dog began barking uncontrollably. Without warning, something enormous crashed through the trees. Branches shattered as a massive black figure emerged from the darkness and stopped less than twenty yards from the team. For several seconds, no one moved.</w:t>
      </w:r>
    </w:p>
    <w:p>
      <w:pPr>
        <w:keepLines/>
        <w:ind w:firstLine="360"/>
      </w:pPr>
      <w:r>
        <w:rPr>
          <w:rFonts w:ascii="Garamond" w:hAnsi="Garamond"/>
          <w:sz w:val="24"/>
        </w:rPr>
        <w:t xml:space="preserve">The creature stood nearly eight feet tall. Its body was covered in a smooth black surface resembling polished obsidian, yet it moved with the flexibility of living flesh. Silver veins pulsed beneath its skin, glowing rhythmically with unnatural internal energy. It had no mouth. No nose. Only two narrow metallic vents occupied the center of its face.</w:t>
      </w:r>
    </w:p>
    <w:p>
      <w:pPr>
        <w:keepLines/>
        <w:ind w:firstLine="360"/>
      </w:pPr>
      <w:r>
        <w:rPr>
          <w:rFonts w:ascii="Garamond" w:hAnsi="Garamond"/>
          <w:sz w:val="24"/>
        </w:rPr>
        <w:t xml:space="preserve">Its eyes burned with the color of molten steel. The commandos stared at something they had never seen before. Something that should not have existed. Omega-1.</w:t>
      </w:r>
    </w:p>
    <w:p>
      <w:pPr>
        <w:keepLines/>
        <w:ind w:firstLine="360"/>
      </w:pPr>
      <w:r>
        <w:rPr>
          <w:rFonts w:ascii="Garamond" w:hAnsi="Garamond"/>
          <w:sz w:val="24"/>
        </w:rPr>
        <w:t xml:space="preserve">The creature slowly turned its head. The team leader remained perfectly still. According to everything they had been told, the matrix uniforms made them invisible. They were safe as long as they remained cloaked.</w:t>
      </w:r>
    </w:p>
    <w:p>
      <w:pPr>
        <w:keepLines/>
        <w:ind w:firstLine="360"/>
      </w:pPr>
      <w:r>
        <w:rPr>
          <w:rFonts w:ascii="Garamond" w:hAnsi="Garamond"/>
          <w:sz w:val="24"/>
        </w:rPr>
        <w:t xml:space="preserve">Then Omega-1 inhaled. A deep mechanical sound passed through the vents in its face. Once. Then again.</w:t>
      </w:r>
    </w:p>
    <w:p>
      <w:pPr>
        <w:keepLines/>
        <w:ind w:firstLine="360"/>
      </w:pPr>
      <w:r>
        <w:rPr>
          <w:rFonts w:ascii="Garamond" w:hAnsi="Garamond"/>
          <w:sz w:val="24"/>
        </w:rPr>
        <w:t xml:space="preserve">Its head turned directly toward the commandos. The team leader felt his stomach tighten. The creature was looking at them. Not past them. At them.</w:t>
      </w:r>
    </w:p>
    <w:p>
      <w:pPr>
        <w:keepLines/>
        <w:ind w:firstLine="360"/>
      </w:pPr>
      <w:r>
        <w:rPr>
          <w:rFonts w:ascii="Garamond" w:hAnsi="Garamond"/>
          <w:sz w:val="24"/>
        </w:rPr>
        <w:t xml:space="preserve">“Don’t move,” he whispered.</w:t>
      </w:r>
    </w:p>
    <w:p>
      <w:pPr>
        <w:keepLines/>
        <w:ind w:firstLine="360"/>
      </w:pPr>
      <w:r>
        <w:rPr>
          <w:rFonts w:ascii="Garamond" w:hAnsi="Garamond"/>
          <w:sz w:val="24"/>
        </w:rPr>
        <w:t xml:space="preserve">Omega-1 took one step forward. The dog erupted into frantic barking. The creature’s eyes immediately shifted toward the animal. The handler pulled the leash.</w:t>
      </w:r>
    </w:p>
    <w:p>
      <w:pPr>
        <w:keepLines/>
        <w:ind w:firstLine="360"/>
      </w:pPr>
      <w:r>
        <w:rPr>
          <w:rFonts w:ascii="Garamond" w:hAnsi="Garamond"/>
          <w:sz w:val="24"/>
        </w:rPr>
        <w:t xml:space="preserve">“Back!”</w:t>
      </w:r>
    </w:p>
    <w:p>
      <w:pPr>
        <w:keepLines/>
        <w:ind w:firstLine="360"/>
      </w:pPr>
      <w:r>
        <w:rPr>
          <w:rFonts w:ascii="Garamond" w:hAnsi="Garamond"/>
          <w:sz w:val="24"/>
        </w:rPr>
        <w:t xml:space="preserve">Omega-1 moved. The commandos barely saw it happen. One moment, the creature stood twenty yards away. The next, it was directly in front of them.</w:t>
      </w:r>
    </w:p>
    <w:p>
      <w:pPr>
        <w:keepLines/>
        <w:ind w:firstLine="360"/>
      </w:pPr>
      <w:r>
        <w:rPr>
          <w:rFonts w:ascii="Garamond" w:hAnsi="Garamond"/>
          <w:sz w:val="24"/>
        </w:rPr>
        <w:t xml:space="preserve">Its arm swept through the darkness with terrifying speed. The dog was struck before the handler could react. The force of the impact threw the animal several feet across the forest floor, where it landed motionless. For half a second, the commandos froze. Then training took over.</w:t>
      </w:r>
    </w:p>
    <w:p>
      <w:pPr>
        <w:keepLines/>
        <w:ind w:firstLine="360"/>
      </w:pPr>
      <w:r>
        <w:rPr>
          <w:rFonts w:ascii="Garamond" w:hAnsi="Garamond"/>
          <w:sz w:val="24"/>
        </w:rPr>
        <w:t xml:space="preserve">“FIRE!”</w:t>
      </w:r>
    </w:p>
    <w:p>
      <w:pPr>
        <w:keepLines/>
        <w:ind w:firstLine="360"/>
      </w:pPr>
      <w:r>
        <w:rPr>
          <w:rFonts w:ascii="Garamond" w:hAnsi="Garamond"/>
          <w:sz w:val="24"/>
        </w:rPr>
        <w:t xml:space="preserve">Five rifles erupted simultaneously. Automatic gunfire shattered the silence of the forest. Rounds struck Omega-1 across the chest, shoulders, and head. The creature did not fall.</w:t>
      </w:r>
    </w:p>
    <w:p>
      <w:pPr>
        <w:keepLines/>
        <w:ind w:firstLine="360"/>
      </w:pPr>
      <w:r>
        <w:rPr>
          <w:rFonts w:ascii="Garamond" w:hAnsi="Garamond"/>
          <w:sz w:val="24"/>
        </w:rPr>
        <w:t xml:space="preserve">It barely moved. The team leader watched in disbelief as armor-piercing rounds struck the black surface of its body and fragmented against it.</w:t>
      </w:r>
    </w:p>
    <w:p>
      <w:pPr>
        <w:keepLines/>
        <w:ind w:firstLine="360"/>
      </w:pPr>
      <w:r>
        <w:rPr>
          <w:rFonts w:ascii="Garamond" w:hAnsi="Garamond"/>
          <w:sz w:val="24"/>
        </w:rPr>
        <w:t xml:space="preserve">“Keep firing!”</w:t>
      </w:r>
    </w:p>
    <w:p>
      <w:pPr>
        <w:keepLines/>
        <w:ind w:firstLine="360"/>
      </w:pPr>
      <w:r>
        <w:rPr>
          <w:rFonts w:ascii="Garamond" w:hAnsi="Garamond"/>
          <w:sz w:val="24"/>
        </w:rPr>
        <w:t xml:space="preserve">The commandos unleashed another barrage. Omega-1 turned its glowing eyes toward the nearest soldier. Then it charged. The commando fired continuously as the creature crossed the distance between them.</w:t>
      </w:r>
    </w:p>
    <w:p>
      <w:pPr>
        <w:keepLines/>
        <w:ind w:firstLine="360"/>
      </w:pPr>
      <w:r>
        <w:rPr>
          <w:rFonts w:ascii="Garamond" w:hAnsi="Garamond"/>
          <w:sz w:val="24"/>
        </w:rPr>
        <w:t xml:space="preserve">It made no difference. Omega-1 slammed into him with enough force to lift the soldier completely off the ground. His body flew backward through the air and struck the trunk of a pine tree. The impact echoed through the forest. He collapsed without moving.</w:t>
      </w:r>
    </w:p>
    <w:p>
      <w:pPr>
        <w:keepLines/>
        <w:ind w:firstLine="360"/>
      </w:pPr>
      <w:r>
        <w:rPr>
          <w:rFonts w:ascii="Garamond" w:hAnsi="Garamond"/>
          <w:sz w:val="24"/>
        </w:rPr>
        <w:t xml:space="preserve">“What the hell is this?” another commando shouted.</w:t>
      </w:r>
    </w:p>
    <w:p>
      <w:pPr>
        <w:keepLines/>
        <w:ind w:firstLine="360"/>
      </w:pPr>
      <w:r>
        <w:rPr>
          <w:rFonts w:ascii="Garamond" w:hAnsi="Garamond"/>
          <w:sz w:val="24"/>
        </w:rPr>
        <w:t xml:space="preserve">“Fall back! Maintain fire!”</w:t>
      </w:r>
    </w:p>
    <w:p>
      <w:pPr>
        <w:keepLines/>
        <w:ind w:firstLine="360"/>
      </w:pPr>
      <w:r>
        <w:rPr>
          <w:rFonts w:ascii="Garamond" w:hAnsi="Garamond"/>
          <w:sz w:val="24"/>
        </w:rPr>
        <w:t xml:space="preserve">The remaining four soldiers separated, attempting to surround the creature. Their matrix uniforms remained active. Omega-1 followed every movement. The team leader realized the truth.</w:t>
      </w:r>
    </w:p>
    <w:p>
      <w:pPr>
        <w:keepLines/>
        <w:ind w:firstLine="360"/>
      </w:pPr>
      <w:r>
        <w:rPr>
          <w:rFonts w:ascii="Garamond" w:hAnsi="Garamond"/>
          <w:sz w:val="24"/>
        </w:rPr>
        <w:t xml:space="preserve">“It can see us.”</w:t>
      </w:r>
    </w:p>
    <w:p>
      <w:pPr>
        <w:keepLines/>
        <w:ind w:firstLine="360"/>
      </w:pPr>
      <w:r>
        <w:rPr>
          <w:rFonts w:ascii="Garamond" w:hAnsi="Garamond"/>
          <w:sz w:val="24"/>
        </w:rPr>
        <w:t xml:space="preserve">The words barely left his mouth before the creature’s chest began to vibrate. A deep frequency rolled through the forest. The soldiers felt it before they heard it. Then the shockwave struck.</w:t>
      </w:r>
    </w:p>
    <w:p>
      <w:pPr>
        <w:keepLines/>
        <w:ind w:firstLine="360"/>
      </w:pPr>
      <w:r>
        <w:rPr>
          <w:rFonts w:ascii="Garamond" w:hAnsi="Garamond"/>
          <w:sz w:val="24"/>
        </w:rPr>
        <w:t xml:space="preserve">Two commandos were thrown from their feet. Leaves and broken branches exploded outward as the invisible force swept through the trees. One soldier rolled onto his side and reached for his radio.</w:t>
      </w:r>
    </w:p>
    <w:p>
      <w:pPr>
        <w:keepLines/>
        <w:ind w:firstLine="360"/>
      </w:pPr>
      <w:r>
        <w:rPr>
          <w:rFonts w:ascii="Garamond" w:hAnsi="Garamond"/>
          <w:sz w:val="24"/>
        </w:rPr>
        <w:t xml:space="preserve">“Dispatch, this is Alpha-Stewart Team. Unknown hostile encountered. Repeat, unknown hostile. Request immediately”</w:t>
      </w:r>
    </w:p>
    <w:p>
      <w:pPr>
        <w:keepLines/>
        <w:ind w:firstLine="360"/>
      </w:pPr>
      <w:r>
        <w:rPr>
          <w:rFonts w:ascii="Garamond" w:hAnsi="Garamond"/>
          <w:sz w:val="24"/>
        </w:rPr>
        <w:t xml:space="preserve">His transmission ended. Omega-1 was suddenly behind him. The creature seized the soldier before he could turn. A single violent movement ended the struggle.</w:t>
      </w:r>
    </w:p>
    <w:p>
      <w:pPr>
        <w:keepLines/>
        <w:ind w:firstLine="360"/>
      </w:pPr>
      <w:r>
        <w:rPr>
          <w:rFonts w:ascii="Garamond" w:hAnsi="Garamond"/>
          <w:sz w:val="24"/>
        </w:rPr>
        <w:t xml:space="preserve">The team leader stared in horror. Three men were down. Less than twenty seconds passed.</w:t>
      </w:r>
    </w:p>
    <w:p>
      <w:pPr>
        <w:keepLines/>
        <w:ind w:firstLine="360"/>
      </w:pPr>
      <w:r>
        <w:rPr>
          <w:rFonts w:ascii="Garamond" w:hAnsi="Garamond"/>
          <w:sz w:val="24"/>
        </w:rPr>
        <w:t xml:space="preserve">“Retreat!” he shouted. “Everyone retreats!”</w:t>
      </w:r>
    </w:p>
    <w:p>
      <w:pPr>
        <w:keepLines/>
        <w:ind w:firstLine="360"/>
      </w:pPr>
      <w:r>
        <w:rPr>
          <w:rFonts w:ascii="Garamond" w:hAnsi="Garamond"/>
          <w:sz w:val="24"/>
        </w:rPr>
        <w:t xml:space="preserve">The last two commandos ran. They abandoned formation and sprinted through the forest, their matrix uniforms shimmering momentarily as they moved between the trees. Behind them came the unmistakable sound of pursuit. Heavy footsteps.</w:t>
      </w:r>
    </w:p>
    <w:p>
      <w:pPr>
        <w:keepLines/>
        <w:ind w:firstLine="360"/>
      </w:pPr>
      <w:r>
        <w:rPr>
          <w:rFonts w:ascii="Garamond" w:hAnsi="Garamond"/>
          <w:sz w:val="24"/>
        </w:rPr>
        <w:t xml:space="preserve">Fast. Getting closer. The team leader glanced over his shoulder. Nothing.</w:t>
      </w:r>
    </w:p>
    <w:p>
      <w:pPr>
        <w:keepLines/>
        <w:ind w:firstLine="360"/>
      </w:pPr>
      <w:r>
        <w:rPr>
          <w:rFonts w:ascii="Garamond" w:hAnsi="Garamond"/>
          <w:sz w:val="24"/>
        </w:rPr>
        <w:t xml:space="preserve">Then he looked upward. A massive black figure passed over the treetops. Omega-1 had jumped. The creature descended directly in front of them.</w:t>
      </w:r>
    </w:p>
    <w:p>
      <w:pPr>
        <w:keepLines/>
        <w:ind w:firstLine="360"/>
      </w:pPr>
      <w:r>
        <w:rPr>
          <w:rFonts w:ascii="Garamond" w:hAnsi="Garamond"/>
          <w:sz w:val="24"/>
        </w:rPr>
        <w:t xml:space="preserve">The impact shook the ground. Both soldiers stumbled backward as dirt and broken branches erupted around them. One reached for a grenade. Omega-1 seized his wrist.</w:t>
      </w:r>
    </w:p>
    <w:p>
      <w:pPr>
        <w:keepLines/>
        <w:ind w:firstLine="360"/>
      </w:pPr>
      <w:r>
        <w:rPr>
          <w:rFonts w:ascii="Garamond" w:hAnsi="Garamond"/>
          <w:sz w:val="24"/>
        </w:rPr>
        <w:t xml:space="preserve">The soldier screamed as the weapon fell from his hand. The creature lifted him effortlessly from the ground. The team leader raised his rifle and emptied the remaining magazine into Omega-1’s head. The rounds did nothing.</w:t>
      </w:r>
    </w:p>
    <w:p>
      <w:pPr>
        <w:keepLines/>
        <w:ind w:firstLine="360"/>
      </w:pPr>
      <w:r>
        <w:rPr>
          <w:rFonts w:ascii="Garamond" w:hAnsi="Garamond"/>
          <w:sz w:val="24"/>
        </w:rPr>
        <w:t xml:space="preserve">Omega-1 tightened its grip. The soldier’s body went limp. Then there was only one. The team leader backed away.</w:t>
      </w:r>
    </w:p>
    <w:p>
      <w:pPr>
        <w:keepLines/>
        <w:ind w:firstLine="360"/>
      </w:pPr>
      <w:r>
        <w:rPr>
          <w:rFonts w:ascii="Garamond" w:hAnsi="Garamond"/>
          <w:sz w:val="24"/>
        </w:rPr>
        <w:t xml:space="preserve">His ammunition was nearly gone. His entire unit had been destroyed. The dog was dead. The creature stood between him and the only path back toward the base.</w:t>
      </w:r>
    </w:p>
    <w:p>
      <w:pPr>
        <w:keepLines/>
        <w:ind w:firstLine="360"/>
      </w:pPr>
      <w:r>
        <w:rPr>
          <w:rFonts w:ascii="Garamond" w:hAnsi="Garamond"/>
          <w:sz w:val="24"/>
        </w:rPr>
        <w:t xml:space="preserve">For the first time in his military career, he understood that he was facing an enemy he could not fight. But he could still warn the others. He dropped behind a fallen tree and activated the emergency distress beacon built into his uniform. The encrypted signal immediately connected with military command.</w:t>
      </w:r>
    </w:p>
    <w:p>
      <w:pPr>
        <w:keepLines/>
        <w:ind w:firstLine="360"/>
      </w:pPr>
      <w:r>
        <w:rPr>
          <w:rFonts w:ascii="Garamond" w:hAnsi="Garamond"/>
          <w:sz w:val="24"/>
        </w:rPr>
        <w:t xml:space="preserve">“Dispatch, this is Alpha-Stewart Team.”</w:t>
      </w:r>
    </w:p>
    <w:p>
      <w:pPr>
        <w:keepLines/>
        <w:ind w:firstLine="360"/>
      </w:pPr>
      <w:r>
        <w:rPr>
          <w:rFonts w:ascii="Garamond" w:hAnsi="Garamond"/>
          <w:sz w:val="24"/>
        </w:rPr>
        <w:t xml:space="preserve">Static crackled through the connection.</w:t>
      </w:r>
    </w:p>
    <w:p>
      <w:pPr>
        <w:keepLines/>
        <w:ind w:firstLine="360"/>
      </w:pPr>
      <w:r>
        <w:rPr>
          <w:rFonts w:ascii="Garamond" w:hAnsi="Garamond"/>
          <w:sz w:val="24"/>
        </w:rPr>
        <w:t xml:space="preserve">“We have encountered an unknown hostile near the southern perimeter.”</w:t>
      </w:r>
    </w:p>
    <w:p>
      <w:pPr>
        <w:keepLines/>
        <w:ind w:firstLine="360"/>
      </w:pPr>
      <w:r>
        <w:rPr>
          <w:rFonts w:ascii="Garamond" w:hAnsi="Garamond"/>
          <w:sz w:val="24"/>
        </w:rPr>
        <w:t xml:space="preserve">Omega-1 turned toward him. The commando continued speaking.</w:t>
      </w:r>
    </w:p>
    <w:p>
      <w:pPr>
        <w:keepLines/>
        <w:ind w:firstLine="360"/>
      </w:pPr>
      <w:r>
        <w:rPr>
          <w:rFonts w:ascii="Garamond" w:hAnsi="Garamond"/>
          <w:sz w:val="24"/>
        </w:rPr>
        <w:t xml:space="preserve">“Approximately eight feet tall. Heavily armored. Conventional weapons are ineffective.”</w:t>
      </w:r>
    </w:p>
    <w:p>
      <w:pPr>
        <w:keepLines/>
        <w:ind w:firstLine="360"/>
      </w:pPr>
      <w:r>
        <w:rPr>
          <w:rFonts w:ascii="Garamond" w:hAnsi="Garamond"/>
          <w:sz w:val="24"/>
        </w:rPr>
        <w:t xml:space="preserve">The creature began walking toward him. The soldier’s breathing became heavier.</w:t>
      </w:r>
    </w:p>
    <w:p>
      <w:pPr>
        <w:keepLines/>
        <w:ind w:firstLine="360"/>
      </w:pPr>
      <w:r>
        <w:rPr>
          <w:rFonts w:ascii="Garamond" w:hAnsi="Garamond"/>
          <w:sz w:val="24"/>
        </w:rPr>
        <w:t xml:space="preserve">“It can detect matrix uniforms.”</w:t>
      </w:r>
    </w:p>
    <w:p>
      <w:pPr>
        <w:keepLines/>
        <w:ind w:firstLine="360"/>
      </w:pPr>
      <w:r>
        <w:rPr>
          <w:rFonts w:ascii="Garamond" w:hAnsi="Garamond"/>
          <w:sz w:val="24"/>
        </w:rPr>
        <w:t xml:space="preserve">Omega-1 accelerated. The commando tightened his grip on the transmitter.</w:t>
      </w:r>
    </w:p>
    <w:p>
      <w:pPr>
        <w:keepLines/>
        <w:ind w:firstLine="360"/>
      </w:pPr>
      <w:r>
        <w:rPr>
          <w:rFonts w:ascii="Garamond" w:hAnsi="Garamond"/>
          <w:sz w:val="24"/>
        </w:rPr>
        <w:t xml:space="preserve">“Repeat: it can see us through the cloaking system.”</w:t>
      </w:r>
    </w:p>
    <w:p>
      <w:pPr>
        <w:keepLines/>
        <w:ind w:firstLine="360"/>
      </w:pPr>
      <w:r>
        <w:rPr>
          <w:rFonts w:ascii="Garamond" w:hAnsi="Garamond"/>
          <w:sz w:val="24"/>
        </w:rPr>
        <w:t xml:space="preserve">The creature was almost upon him.</w:t>
      </w:r>
    </w:p>
    <w:p>
      <w:pPr>
        <w:keepLines/>
        <w:ind w:firstLine="360"/>
      </w:pPr>
      <w:r>
        <w:rPr>
          <w:rFonts w:ascii="Garamond" w:hAnsi="Garamond"/>
          <w:sz w:val="24"/>
        </w:rPr>
        <w:t xml:space="preserve">“Notify General TJ. Notify Aadil. This is not a human clone.”</w:t>
      </w:r>
    </w:p>
    <w:p>
      <w:pPr>
        <w:keepLines/>
        <w:ind w:firstLine="360"/>
      </w:pPr>
      <w:r>
        <w:rPr>
          <w:rFonts w:ascii="Garamond" w:hAnsi="Garamond"/>
          <w:sz w:val="24"/>
        </w:rPr>
        <w:t xml:space="preserve">The transmission filled with static.</w:t>
      </w:r>
    </w:p>
    <w:p>
      <w:pPr>
        <w:keepLines/>
        <w:ind w:firstLine="360"/>
      </w:pPr>
      <w:r>
        <w:rPr>
          <w:rFonts w:ascii="Garamond" w:hAnsi="Garamond"/>
          <w:sz w:val="24"/>
        </w:rPr>
        <w:t xml:space="preserve">“This is something else.”</w:t>
      </w:r>
    </w:p>
    <w:p>
      <w:pPr>
        <w:keepLines/>
        <w:ind w:firstLine="360"/>
      </w:pPr>
      <w:r>
        <w:rPr>
          <w:rFonts w:ascii="Garamond" w:hAnsi="Garamond"/>
          <w:sz w:val="24"/>
        </w:rPr>
        <w:t xml:space="preserve">Omega-1 reached him. The signal disappeared. Thirty seconds after the first attack, the forest became silent again. Five U.S. commandos lay dead among the trees.</w:t>
      </w:r>
    </w:p>
    <w:p>
      <w:pPr>
        <w:keepLines/>
        <w:ind w:firstLine="360"/>
      </w:pPr>
      <w:r>
        <w:rPr>
          <w:rFonts w:ascii="Garamond" w:hAnsi="Garamond"/>
          <w:sz w:val="24"/>
        </w:rPr>
        <w:t xml:space="preserve">Their dog lay several yards away. Omega-1 stood alone in the darkness. For several moments, the creature remained perfectly still. Then it slowly raised its head toward the night sky.</w:t>
      </w:r>
    </w:p>
    <w:p>
      <w:pPr>
        <w:keepLines/>
        <w:ind w:firstLine="360"/>
      </w:pPr>
      <w:r>
        <w:rPr>
          <w:rFonts w:ascii="Garamond" w:hAnsi="Garamond"/>
          <w:sz w:val="24"/>
        </w:rPr>
        <w:t xml:space="preserve">Its silver veins pulsed beneath its obsidian skin. A low mechanical hiss escaped through the vents in its face. Somewhere beyond the forest, the lights of Fort Stewart glowed against the horizon. Omega-1 turned toward them. At the Pentagon, the final transmission from Alpha-Stewart Team was already being analyzed.</w:t>
      </w:r>
    </w:p>
    <w:p>
      <w:pPr>
        <w:keepLines/>
        <w:ind w:firstLine="360"/>
      </w:pPr>
      <w:r>
        <w:rPr>
          <w:rFonts w:ascii="Garamond" w:hAnsi="Garamond"/>
          <w:sz w:val="24"/>
        </w:rPr>
        <w:t xml:space="preserve">The words echoed through the command center:</w:t>
      </w:r>
    </w:p>
    <w:p>
      <w:pPr>
        <w:keepLines/>
        <w:ind w:firstLine="360"/>
      </w:pPr>
      <w:r>
        <w:rPr>
          <w:rFonts w:ascii="Garamond" w:hAnsi="Garamond"/>
          <w:sz w:val="24"/>
        </w:rPr>
        <w:t xml:space="preserve">“It can see us through the cloaking system.”</w:t>
      </w:r>
    </w:p>
    <w:p>
      <w:pPr>
        <w:keepLines/>
        <w:ind w:firstLine="360"/>
      </w:pPr>
      <w:r>
        <w:rPr>
          <w:rFonts w:ascii="Garamond" w:hAnsi="Garamond"/>
          <w:sz w:val="24"/>
        </w:rPr>
        <w:t xml:space="preserve">“Conventional weapons ineffective.”</w:t>
      </w:r>
    </w:p>
    <w:p>
      <w:pPr>
        <w:keepLines/>
        <w:ind w:firstLine="360"/>
      </w:pPr>
      <w:r>
        <w:rPr>
          <w:rFonts w:ascii="Garamond" w:hAnsi="Garamond"/>
          <w:sz w:val="24"/>
        </w:rPr>
        <w:t xml:space="preserve">“This is not a human clone.”</w:t>
      </w:r>
    </w:p>
    <w:p>
      <w:pPr>
        <w:keepLines/>
        <w:ind w:firstLine="360"/>
      </w:pPr>
      <w:r>
        <w:rPr>
          <w:rFonts w:ascii="Garamond" w:hAnsi="Garamond"/>
          <w:sz w:val="24"/>
        </w:rPr>
        <w:t xml:space="preserve">For months, Aadil and General TJ had believed the suicide clones represented the greatest immediate threat to the United States. They had been wrong. The enemy had introduced something new. Something the matrix could not hide from.</w:t>
      </w:r>
    </w:p>
    <w:p>
      <w:pPr>
        <w:keepLines/>
        <w:ind w:firstLine="360"/>
      </w:pPr>
      <w:r>
        <w:rPr>
          <w:rFonts w:ascii="Garamond" w:hAnsi="Garamond"/>
          <w:sz w:val="24"/>
        </w:rPr>
        <w:t xml:space="preserve">Something American weapons could not stop. And somewhere in the forests surrounding five major military regions across the United States, ninety-nine more were waiting.</w:t>
      </w:r>
    </w:p>
    <w:p>
      <w:r>
        <w:br w:type="page"/>
      </w:r>
    </w:p>
    <w:p>
      <w:pPr>
        <w:jc w:val="center"/>
      </w:pPr>
      <w:r>
        <w:rPr>
          <w:b/>
          <w:sz w:val="28"/>
        </w:rPr>
        <w:t>END OF SAMPLE CHAPTER</w:t>
      </w:r>
    </w:p>
    <w:p>
      <w:pPr>
        <w:jc w:val="center"/>
      </w:pPr>
      <w:r>
        <w:rPr>
          <w:i/>
          <w:sz w:val="22"/>
        </w:rPr>
        <w:t>Continue reading DARK POWER SERIES — SECRET TRIANGLE to discover where Omega-1 came from, who unleashed it, and whether three rival nations can stand together before ninety-nine more awaken.</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18"/>
      </w:rPr>
      <w:t>Sample Chapter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aramond" w:hAnsi="Garamond"/>
        <w:i/>
        <w:sz w:val="18"/>
      </w:rPr>
      <w:t>DARK POWER SERIES — SECRET TRIANGLE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aramond" w:hAnsi="Garamond" w:eastAsia="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bsiteSampleTitle">
    <w:name w:val="Website Sample Title"/>
    <w:pPr>
      <w:spacing w:after="160"/>
    </w:pPr>
    <w:rPr>
      <w:rFonts w:ascii="Garamond" w:hAnsi="Garamond"/>
      <w:b/>
      <w:sz w:val="56"/>
    </w:rPr>
  </w:style>
  <w:style w:type="paragraph" w:customStyle="1" w:styleId="WebsiteSampleSubtitle">
    <w:name w:val="Website Sample Subtitle"/>
    <w:pPr>
      <w:spacing w:after="480"/>
    </w:pPr>
    <w:rPr>
      <w:rFonts w:ascii="Garamond" w:hAnsi="Garamond"/>
      <w:i/>
      <w:sz w:val="26"/>
    </w:rPr>
  </w:style>
  <w:style w:type="paragraph" w:customStyle="1" w:styleId="SampleChapterHeading">
    <w:name w:val="Sample Chapter Heading"/>
    <w:pPr>
      <w:spacing w:before="240" w:after="360"/>
    </w:pPr>
    <w:rPr>
      <w:rFonts w:ascii="Garamond" w:hAnsi="Garamond"/>
      <w:b/>
      <w:sz w:val="3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