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600"/>
        <w:jc w:val="center"/>
      </w:pPr>
      <w:r>
        <w:rPr>
          <w:rFonts w:ascii="Garamond" w:hAnsi="Garamond"/>
          <w:b/>
          <w:sz w:val="56"/>
        </w:rPr>
        <w:t>THE DEVIL’S PROTOCOL</w:t>
      </w:r>
    </w:p>
    <w:p>
      <w:pPr>
        <w:jc w:val="center"/>
      </w:pPr>
      <w:r>
        <w:rPr>
          <w:i/>
          <w:sz w:val="28"/>
        </w:rPr>
        <w:t>By Dr. Naeem Meo</w:t>
      </w:r>
    </w:p>
    <w:p>
      <w:pPr>
        <w:spacing w:before="1000"/>
        <w:jc w:val="center"/>
      </w:pPr>
      <w:r>
        <w:rPr>
          <w:b/>
          <w:sz w:val="24"/>
        </w:rPr>
        <w:t>SAMPLE CHAPTER</w:t>
      </w:r>
    </w:p>
    <w:p>
      <w:pPr>
        <w:jc w:val="center"/>
      </w:pPr>
      <w:r>
        <w:rPr>
          <w:b/>
          <w:sz w:val="32"/>
        </w:rPr>
        <w:t>Chapter 3: The Girl in the Fog</w:t>
      </w:r>
    </w:p>
    <w:p>
      <w:r>
        <w:br w:type="page"/>
      </w:r>
    </w:p>
    <w:p>
      <w:pPr>
        <w:spacing w:after="60"/>
        <w:jc w:val="center"/>
      </w:pPr>
      <w:r>
        <w:rPr>
          <w:b/>
          <w:sz w:val="26"/>
        </w:rPr>
        <w:t>CHAPTER 3</w:t>
      </w:r>
    </w:p>
    <w:p>
      <w:pPr>
        <w:jc w:val="center"/>
      </w:pPr>
      <w:r>
        <w:rPr>
          <w:b/>
          <w:sz w:val="40"/>
        </w:rPr>
        <w:t>The Girl in the Fog</w:t>
      </w:r>
    </w:p>
    <w:p>
      <w:pPr>
        <w:keepLines/>
        <w:ind w:firstLine="360"/>
      </w:pPr>
      <w:r>
        <w:t>Danny had just finished another long shift. Twelve hours inside the sterile glow of hospital corridors had drained him, but the quiet drive home was something he usually looked forward to. Tuesdays and Thursdays were always the same. Work in Fredericktown, then the long road back toward Doniphan. But tonight it felt different.</w:t>
      </w:r>
    </w:p>
    <w:p>
      <w:pPr>
        <w:keepLines/>
        <w:ind w:firstLine="360"/>
      </w:pPr>
      <w:r>
        <w:t>The fog had settled early, thick and heavy, swallowing the highway in a pale gray haze. By the time he turned onto Highway 67 south, the world ahead of him had narrowed to a tunnel of dim light and shadows. He switched on the high beams, but the road barely revealed itself.</w:t>
      </w:r>
    </w:p>
    <w:p>
      <w:pPr>
        <w:keepLines/>
        <w:ind w:firstLine="360"/>
      </w:pPr>
      <w:r>
        <w:t>His truck hummed steadily through the silence. No music. No distractions. Just the low sound of the engine and the occasional flicker of headlights passing through the fog in the opposite direction.</w:t>
      </w:r>
    </w:p>
    <w:p>
      <w:pPr>
        <w:keepLines/>
        <w:ind w:firstLine="360"/>
      </w:pPr>
      <w:r>
        <w:t>Then he saw her.</w:t>
      </w:r>
    </w:p>
    <w:p>
      <w:pPr>
        <w:keepLines/>
        <w:ind w:firstLine="360"/>
      </w:pPr>
      <w:r>
        <w:t>At first, it was only a shape, a shadow standing at the edge of the road. Still. Waiting. He instinctively slowed down as the figure stepped slightly forward and raised an arm. As he got closer, the shadow turned into a person. A young woman, standing alone, asking for help.</w:t>
      </w:r>
    </w:p>
    <w:p>
      <w:pPr>
        <w:keepLines/>
        <w:ind w:firstLine="360"/>
      </w:pPr>
      <w:r>
        <w:t>Danny felt a hesitation tightening in his chest. He knew better than to stop on a dark road at night. Everyone did. But something about her made him ignore that instinct. He drove a few feet past her, then stopped. For a moment, he just sat there, staring into the rearview mirror. Then he shifted into reverse, and the truck rolled back slowly until it stopped beside her.</w:t>
      </w:r>
    </w:p>
    <w:p>
      <w:pPr>
        <w:keepLines/>
        <w:ind w:firstLine="360"/>
      </w:pPr>
      <w:r>
        <w:t>“Are you okay?”</w:t>
      </w:r>
    </w:p>
    <w:p>
      <w:pPr>
        <w:keepLines/>
        <w:ind w:firstLine="360"/>
      </w:pPr>
      <w:r>
        <w:t>The girl stepped closer, and the dim light revealed her face. Danny forgot what he was about to say. She was stunning. Not just beautiful, but striking in a way that made everything else feel distant and unimportant.</w:t>
      </w:r>
    </w:p>
    <w:p>
      <w:pPr>
        <w:keepLines/>
        <w:ind w:firstLine="360"/>
      </w:pPr>
      <w:r>
        <w:t>“My car broke down,” she said, her voice soft, almost fragile. “I need a ride. I live about fifteen miles south. Could you take me there?”</w:t>
      </w:r>
    </w:p>
    <w:p>
      <w:pPr>
        <w:keepLines/>
        <w:ind w:firstLine="360"/>
      </w:pPr>
      <w:r>
        <w:t>Danny nodded quickly, almost too quickly. “Of course.”</w:t>
      </w:r>
    </w:p>
    <w:p>
      <w:pPr>
        <w:keepLines/>
        <w:ind w:firstLine="360"/>
      </w:pPr>
      <w:r>
        <w:t>He glanced toward the fog behind her. “Do you need help getting anything from your car?”</w:t>
      </w:r>
    </w:p>
    <w:p>
      <w:pPr>
        <w:keepLines/>
        <w:ind w:firstLine="360"/>
      </w:pPr>
      <w:r>
        <w:t>She shook her head. “I already took what I needed.”</w:t>
      </w:r>
    </w:p>
    <w:p>
      <w:pPr>
        <w:keepLines/>
        <w:ind w:firstLine="360"/>
      </w:pPr>
      <w:r>
        <w:t>He unlocked the passenger door, and she climbed in, pulling it shut behind her.</w:t>
      </w:r>
    </w:p>
    <w:p>
      <w:pPr>
        <w:keepLines/>
        <w:ind w:firstLine="360"/>
      </w:pPr>
      <w:r>
        <w:t>“I am Sam,” she said, extending her hand.</w:t>
      </w:r>
    </w:p>
    <w:p>
      <w:pPr>
        <w:keepLines/>
        <w:ind w:firstLine="360"/>
      </w:pPr>
      <w:r>
        <w:t>Danny felt his own hand move before he could think. “Danny.”</w:t>
      </w:r>
    </w:p>
    <w:p>
      <w:pPr>
        <w:keepLines/>
        <w:ind w:firstLine="360"/>
      </w:pPr>
      <w:r>
        <w:t>Their hands met, and her skin was iced cold. He pulled back slightly, startled.</w:t>
      </w:r>
    </w:p>
    <w:p>
      <w:pPr>
        <w:keepLines/>
        <w:ind w:firstLine="360"/>
      </w:pPr>
      <w:r>
        <w:t>“You are freezing. How long have you been out there?”</w:t>
      </w:r>
    </w:p>
    <w:p>
      <w:pPr>
        <w:keepLines/>
        <w:ind w:firstLine="360"/>
      </w:pPr>
      <w:r>
        <w:t>“Too long,” she said, her eyes meeting his. “No one stopped.”</w:t>
      </w:r>
    </w:p>
    <w:p>
      <w:pPr>
        <w:keepLines/>
        <w:ind w:firstLine="360"/>
      </w:pPr>
      <w:r>
        <w:t>She held his gaze a moment longer.</w:t>
      </w:r>
    </w:p>
    <w:p>
      <w:pPr>
        <w:keepLines/>
        <w:ind w:firstLine="360"/>
      </w:pPr>
      <w:r>
        <w:t>“Thank you for stopping.”</w:t>
      </w:r>
    </w:p>
    <w:p>
      <w:pPr>
        <w:keepLines/>
        <w:ind w:firstLine="360"/>
      </w:pPr>
      <w:r>
        <w:t>Something in her voice stayed with him. It was not just gratitude. It felt deeper than that. He started driving again, though his mind remained partly on the coldness of her hand.</w:t>
      </w:r>
    </w:p>
    <w:p>
      <w:pPr>
        <w:keepLines/>
        <w:ind w:firstLine="360"/>
      </w:pPr>
      <w:r>
        <w:t>“Where exactly do you live?”</w:t>
      </w:r>
    </w:p>
    <w:p>
      <w:pPr>
        <w:keepLines/>
        <w:ind w:firstLine="360"/>
      </w:pPr>
      <w:r>
        <w:t>“Clearwater.”</w:t>
      </w:r>
    </w:p>
    <w:p>
      <w:pPr>
        <w:keepLines/>
        <w:ind w:firstLine="360"/>
      </w:pPr>
      <w:r>
        <w:t>Danny nodded, recognizing the place.</w:t>
      </w:r>
    </w:p>
    <w:p>
      <w:pPr>
        <w:keepLines/>
        <w:ind w:firstLine="360"/>
      </w:pPr>
      <w:r>
        <w:t>“I know it. That’s a small place near the mountain, close to the cemetery.”</w:t>
      </w:r>
    </w:p>
    <w:p>
      <w:pPr>
        <w:keepLines/>
        <w:ind w:firstLine="360"/>
      </w:pPr>
      <w:r>
        <w:t>She smiled.</w:t>
      </w:r>
    </w:p>
    <w:p>
      <w:pPr>
        <w:keepLines/>
        <w:ind w:firstLine="360"/>
      </w:pPr>
      <w:r>
        <w:t>“That is right.”</w:t>
      </w:r>
    </w:p>
    <w:p>
      <w:pPr>
        <w:keepLines/>
        <w:ind w:firstLine="360"/>
      </w:pPr>
      <w:r>
        <w:t>Her smile felt warm in a way the cold night was not. Danny realized he was driving slower than usual. He did not want this moment to end.</w:t>
      </w:r>
    </w:p>
    <w:p>
      <w:pPr>
        <w:keepLines/>
        <w:ind w:firstLine="360"/>
      </w:pPr>
      <w:r>
        <w:t>“You are driving slowly,” she said, teasing him gently.</w:t>
      </w:r>
    </w:p>
    <w:p>
      <w:pPr>
        <w:keepLines/>
        <w:ind w:firstLine="360"/>
      </w:pPr>
      <w:r>
        <w:t>He hesitated, then spoke honestly. “I guess I am. I just wanted to talk to you a little longer.”</w:t>
      </w:r>
    </w:p>
    <w:p>
      <w:pPr>
        <w:keepLines/>
        <w:ind w:firstLine="360"/>
      </w:pPr>
      <w:r>
        <w:t>The words surprised even him. She did not pull away. Instead, she placed her hand over his.</w:t>
      </w:r>
    </w:p>
    <w:p>
      <w:pPr>
        <w:keepLines/>
        <w:ind w:firstLine="360"/>
      </w:pPr>
      <w:r>
        <w:t>The moment their skin touched, a strange sensation rushed through his body. Not pain. Not fear. Something electric. Something alive. He tightened his grip on the steering wheel, trying to stay focused. A narrow road appeared ahead.</w:t>
      </w:r>
    </w:p>
    <w:p>
      <w:pPr>
        <w:keepLines/>
        <w:ind w:firstLine="360"/>
      </w:pPr>
      <w:r>
        <w:t>“We turn here,” she said quietly.</w:t>
      </w:r>
    </w:p>
    <w:p>
      <w:pPr>
        <w:keepLines/>
        <w:ind w:firstLine="360"/>
      </w:pPr>
      <w:r>
        <w:t>He slowed the truck and pulled onto the side road. It was darker there; nobody was around in the far-sighted vision. It was too quiet. After a short distance, she spoke again.</w:t>
      </w:r>
    </w:p>
    <w:p>
      <w:pPr>
        <w:keepLines/>
        <w:ind w:firstLine="360"/>
      </w:pPr>
      <w:r>
        <w:t>“You can stop here. I will walk the rest of the way.”</w:t>
      </w:r>
    </w:p>
    <w:p>
      <w:pPr>
        <w:keepLines/>
        <w:ind w:firstLine="360"/>
      </w:pPr>
      <w:r>
        <w:t>Danny frowned, looking out at the cold road ahead.</w:t>
      </w:r>
    </w:p>
    <w:p>
      <w:pPr>
        <w:keepLines/>
        <w:ind w:firstLine="360"/>
      </w:pPr>
      <w:r>
        <w:t>“It is cold. I will take you all the way.”</w:t>
      </w:r>
    </w:p>
    <w:p>
      <w:pPr>
        <w:keepLines/>
        <w:ind w:firstLine="360"/>
      </w:pPr>
      <w:r>
        <w:t>She shook her head, her expression closing slightly.</w:t>
      </w:r>
    </w:p>
    <w:p>
      <w:pPr>
        <w:keepLines/>
        <w:ind w:firstLine="360"/>
      </w:pPr>
      <w:r>
        <w:t>“No. It is better if you stop here. My stepfather is not someone you want to meet. He is not a good man.”</w:t>
      </w:r>
    </w:p>
    <w:p>
      <w:pPr>
        <w:keepLines/>
        <w:ind w:firstLine="360"/>
      </w:pPr>
      <w:r>
        <w:t>Something in her tone made Danny uncomfortable.</w:t>
      </w:r>
    </w:p>
    <w:p>
      <w:pPr>
        <w:keepLines/>
        <w:ind w:firstLine="360"/>
      </w:pPr>
      <w:r>
        <w:t>“Why stay with him then?”</w:t>
      </w:r>
    </w:p>
    <w:p>
      <w:pPr>
        <w:keepLines/>
        <w:ind w:firstLine="360"/>
      </w:pPr>
      <w:r>
        <w:t>She looked away, her voice softer now.</w:t>
      </w:r>
    </w:p>
    <w:p>
      <w:pPr>
        <w:keepLines/>
        <w:ind w:firstLine="360"/>
      </w:pPr>
      <w:r>
        <w:t>“I do not have much choice. Not yet.”</w:t>
      </w:r>
    </w:p>
    <w:p>
      <w:pPr>
        <w:keepLines/>
        <w:ind w:firstLine="360"/>
      </w:pPr>
      <w:r>
        <w:t>There was a pause before she added, almost in a whisper. “He hurts me.”</w:t>
      </w:r>
    </w:p>
    <w:p>
      <w:pPr>
        <w:keepLines/>
        <w:ind w:firstLine="360"/>
      </w:pPr>
      <w:r>
        <w:t>Danny felt something inside him tighten. Anger came sharp and immediate, stronger than he expected.</w:t>
      </w:r>
    </w:p>
    <w:p>
      <w:pPr>
        <w:keepLines/>
        <w:ind w:firstLine="360"/>
      </w:pPr>
      <w:r>
        <w:t>“You should not be there.”</w:t>
      </w:r>
    </w:p>
    <w:p>
      <w:pPr>
        <w:keepLines/>
        <w:ind w:firstLine="360"/>
      </w:pPr>
      <w:r>
        <w:t>“I know,” she said, wiping at her eyes quickly. “I am trying to leave.”</w:t>
      </w:r>
    </w:p>
    <w:p>
      <w:pPr>
        <w:keepLines/>
        <w:ind w:firstLine="360"/>
      </w:pPr>
      <w:r>
        <w:t>Danny reached into the back seat and pulled out his jacket. “Here. You need this.”</w:t>
      </w:r>
    </w:p>
    <w:p>
      <w:pPr>
        <w:keepLines/>
        <w:ind w:firstLine="360"/>
      </w:pPr>
      <w:r>
        <w:t>She took it and wrapped it around herself.</w:t>
      </w:r>
    </w:p>
    <w:p>
      <w:pPr>
        <w:keepLines/>
        <w:ind w:firstLine="360"/>
      </w:pPr>
      <w:r>
        <w:t>“Thank you.”</w:t>
      </w:r>
    </w:p>
    <w:p>
      <w:pPr>
        <w:keepLines/>
        <w:ind w:firstLine="360"/>
      </w:pPr>
      <w:r>
        <w:t>Her fingers lingered on him for a moment, and Danny felt that same electric sensation again, stronger this time. He swallowed, trying to steady himself.</w:t>
      </w:r>
    </w:p>
    <w:p>
      <w:pPr>
        <w:keepLines/>
        <w:ind w:firstLine="360"/>
      </w:pPr>
      <w:r>
        <w:t>“You could come with me. Just for tonight. My mom is home. You would be safe.”</w:t>
      </w:r>
    </w:p>
    <w:p>
      <w:pPr>
        <w:keepLines/>
        <w:ind w:firstLine="360"/>
      </w:pPr>
      <w:r>
        <w:t>The words came out before he could stop them. She looked at him, studying him carefully.</w:t>
      </w:r>
    </w:p>
    <w:p>
      <w:pPr>
        <w:keepLines/>
        <w:ind w:firstLine="360"/>
      </w:pPr>
      <w:r>
        <w:t>“You just met me.”</w:t>
      </w:r>
    </w:p>
    <w:p>
      <w:pPr>
        <w:keepLines/>
        <w:ind w:firstLine="360"/>
      </w:pPr>
      <w:r>
        <w:t>“I know,” he said, feeling his face grow warm. “I have never really talked to anyone like this before. I mean... not like this.”</w:t>
      </w:r>
    </w:p>
    <w:p>
      <w:pPr>
        <w:keepLines/>
        <w:ind w:firstLine="360"/>
      </w:pPr>
      <w:r>
        <w:t>She tilted her head slightly.</w:t>
      </w:r>
    </w:p>
    <w:p>
      <w:pPr>
        <w:keepLines/>
        <w:ind w:firstLine="360"/>
      </w:pPr>
      <w:r>
        <w:t>“Not like this?”</w:t>
      </w:r>
    </w:p>
    <w:p>
      <w:pPr>
        <w:keepLines/>
        <w:ind w:firstLine="360"/>
      </w:pPr>
      <w:r>
        <w:t>Danny let out a small, awkward laugh, embarrassed by his own honesty.</w:t>
      </w:r>
    </w:p>
    <w:p>
      <w:pPr>
        <w:keepLines/>
        <w:ind w:firstLine="360"/>
      </w:pPr>
      <w:r>
        <w:t>“I have never dated anyone. Most people think I am a little... different.”</w:t>
      </w:r>
    </w:p>
    <w:p>
      <w:pPr>
        <w:keepLines/>
        <w:ind w:firstLine="360"/>
      </w:pPr>
      <w:r>
        <w:t>She did not laugh at him. Instead, her expression softened.</w:t>
      </w:r>
    </w:p>
    <w:p>
      <w:pPr>
        <w:keepLines/>
        <w:ind w:firstLine="360"/>
      </w:pPr>
      <w:r>
        <w:t>“That is not a bad thing.”</w:t>
      </w:r>
    </w:p>
    <w:p>
      <w:pPr>
        <w:keepLines/>
        <w:ind w:firstLine="360"/>
      </w:pPr>
      <w:r>
        <w:t>Tears suddenly formed in her eyes, and Danny’s heart sank.</w:t>
      </w:r>
    </w:p>
    <w:p>
      <w:pPr>
        <w:keepLines/>
        <w:ind w:firstLine="360"/>
      </w:pPr>
      <w:r>
        <w:t>“I am sorry. I did not mean to upset you.”</w:t>
      </w:r>
    </w:p>
    <w:p>
      <w:pPr>
        <w:keepLines/>
        <w:ind w:firstLine="360"/>
      </w:pPr>
      <w:r>
        <w:t>She shook her head.</w:t>
      </w:r>
    </w:p>
    <w:p>
      <w:pPr>
        <w:keepLines/>
        <w:ind w:firstLine="360"/>
      </w:pPr>
      <w:r>
        <w:t>“No. That is not why.”</w:t>
      </w:r>
    </w:p>
    <w:p>
      <w:pPr>
        <w:keepLines/>
        <w:ind w:firstLine="360"/>
      </w:pPr>
      <w:r>
        <w:t>She took a breath, holding his gaze.</w:t>
      </w:r>
    </w:p>
    <w:p>
      <w:pPr>
        <w:keepLines/>
        <w:ind w:firstLine="360"/>
      </w:pPr>
      <w:r>
        <w:t>“I was hoping you would ask me to come with you.”</w:t>
      </w:r>
    </w:p>
    <w:p>
      <w:pPr>
        <w:keepLines/>
        <w:ind w:firstLine="360"/>
      </w:pPr>
      <w:r>
        <w:t>The tension inside him released instantly. Relief washed over him, warm and sudden.</w:t>
      </w:r>
    </w:p>
    <w:p>
      <w:pPr>
        <w:keepLines/>
        <w:ind w:firstLine="360"/>
      </w:pPr>
      <w:r>
        <w:t>“Then come with me.”</w:t>
      </w:r>
    </w:p>
    <w:p>
      <w:pPr>
        <w:keepLines/>
        <w:ind w:firstLine="360"/>
      </w:pPr>
      <w:r>
        <w:t>She nodded.</w:t>
      </w:r>
    </w:p>
    <w:p>
      <w:pPr>
        <w:keepLines/>
        <w:ind w:firstLine="360"/>
      </w:pPr>
      <w:r>
        <w:t>“Okay.”</w:t>
      </w:r>
    </w:p>
    <w:p>
      <w:pPr>
        <w:keepLines/>
        <w:ind w:firstLine="360"/>
      </w:pPr>
      <w:r>
        <w:t>He pulled the truck back onto the road. As they drove, the conversation became easier and lighter, but something beneath it remained, something neither of them fully understood. She told him about her trip to St. Louis, about her grandfather’s death, and about the long drive back. He told her about his life,</w:t>
      </w:r>
    </w:p>
    <w:p>
      <w:pPr>
        <w:keepLines/>
        <w:ind w:firstLine="360"/>
      </w:pPr>
      <w:r>
        <w:t>his work, and his mother. He told her about his father, a man who had chosen a darker path and never returned from it.</w:t>
      </w:r>
    </w:p>
    <w:p>
      <w:pPr>
        <w:keepLines/>
        <w:ind w:firstLine="360"/>
      </w:pPr>
      <w:r>
        <w:t>She listened quietly, then reached for his hand again.</w:t>
      </w:r>
    </w:p>
    <w:p>
      <w:pPr>
        <w:keepLines/>
        <w:ind w:firstLine="360"/>
      </w:pPr>
      <w:r>
        <w:t>“Are you sure your mom will be okay with me?”</w:t>
      </w:r>
    </w:p>
    <w:p>
      <w:pPr>
        <w:keepLines/>
        <w:ind w:firstLine="360"/>
      </w:pPr>
      <w:r>
        <w:t>Danny smiled faintly.</w:t>
      </w:r>
    </w:p>
    <w:p>
      <w:pPr>
        <w:keepLines/>
        <w:ind w:firstLine="360"/>
      </w:pPr>
      <w:r>
        <w:t>“She will be happy. She has been waiting for something like this for a long time.”</w:t>
      </w:r>
    </w:p>
    <w:p>
      <w:pPr>
        <w:keepLines/>
        <w:ind w:firstLine="360"/>
      </w:pPr>
      <w:r>
        <w:t>She laughed softly. “Then I am your girlfriend now.”</w:t>
      </w:r>
    </w:p>
    <w:p>
      <w:pPr>
        <w:keepLines/>
        <w:ind w:firstLine="360"/>
      </w:pPr>
      <w:r>
        <w:t>The word echoed in his mind, Girlfriend. It felt unreal, but it felt right. The truck rolled into the quiet streets of Doniphan. The lights were dim, and the houses sat still beneath the night.</w:t>
      </w:r>
    </w:p>
    <w:p>
      <w:pPr>
        <w:keepLines/>
        <w:ind w:firstLine="360"/>
      </w:pPr>
      <w:r>
        <w:t>When they pulled into the driveway, the porch light was already on. Becky was waiting.</w:t>
      </w:r>
    </w:p>
    <w:p>
      <w:pPr>
        <w:keepLines/>
        <w:ind w:firstLine="360"/>
      </w:pPr>
      <w:r>
        <w:t>Danny stepped out first, then turned toward Sam. “Come on.”</w:t>
      </w:r>
    </w:p>
    <w:p>
      <w:pPr>
        <w:keepLines/>
        <w:ind w:firstLine="360"/>
      </w:pPr>
      <w:r>
        <w:t>Becky’s eyes widened the moment she saw her. Shock came first, then joy. Danny introduced them, and Becky welcomed Sam without hesitation.</w:t>
      </w:r>
    </w:p>
    <w:p>
      <w:pPr>
        <w:keepLines/>
        <w:ind w:firstLine="360"/>
      </w:pPr>
      <w:r>
        <w:t>Inside, the warmth of the house replaced the cold night, but not everything felt right. Jess began barking. It was not a playful bark. It was something sharper, something aggressive. The dog’s body stiffened, her eyes locked on Sam.</w:t>
      </w:r>
    </w:p>
    <w:p>
      <w:pPr>
        <w:keepLines/>
        <w:ind w:firstLine="360"/>
      </w:pPr>
      <w:r>
        <w:t>Danny glared. “Jess never behaves like this.”</w:t>
      </w:r>
    </w:p>
    <w:p>
      <w:pPr>
        <w:keepLines/>
        <w:ind w:firstLine="360"/>
      </w:pPr>
      <w:r>
        <w:t>Becky tried to calm her, pulling her away, but Jess did not stop. She kept staring and growling, as if she sensed something the others could not.</w:t>
      </w:r>
    </w:p>
    <w:p>
      <w:pPr>
        <w:keepLines/>
        <w:ind w:firstLine="360"/>
      </w:pPr>
      <w:r>
        <w:t>Sam stepped slightly behind Danny, avoiding the dog. Her expression changed for just a moment. Something darker passed across her face. Then it was gone, replaced again by the same soft smile. The house grew quiet, but the unease lingered, like something had entered with them and was not going to leave.</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sz w:val="18"/>
      </w:rPr>
      <w:t>THE DEVIL’S PROTOCOL  •  Dr. Naeem Meo  •  Sample Chapter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Garamond" w:hAnsi="Garamond"/>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